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E9A4F" w14:textId="77777777" w:rsidR="00D33FAF" w:rsidRDefault="00000000">
      <w:pPr>
        <w:pStyle w:val="Titre1"/>
      </w:pPr>
      <w:r>
        <w:t>Fiche Projet – AMI Prématuration / Maturation Matériaux Biosourcés, Agriculture et Alimentation Durable</w:t>
      </w:r>
    </w:p>
    <w:p w14:paraId="08C2BBB8" w14:textId="77777777" w:rsidR="00D33FAF" w:rsidRDefault="00000000">
      <w:pPr>
        <w:pStyle w:val="Titre2"/>
      </w:pPr>
      <w:r>
        <w:t>1. Informations générales</w:t>
      </w:r>
    </w:p>
    <w:p w14:paraId="31A82E5A" w14:textId="77777777" w:rsidR="00D33FAF" w:rsidRDefault="00000000">
      <w:r>
        <w:t>Titre du projet :</w:t>
      </w:r>
      <w:r>
        <w:br/>
      </w:r>
      <w:r>
        <w:br/>
        <w:t>Acronyme (facultatif) :</w:t>
      </w:r>
      <w:r>
        <w:br/>
      </w:r>
      <w:r>
        <w:br/>
        <w:t>Porteur principal :</w:t>
      </w:r>
      <w:r>
        <w:br/>
        <w:t>- Nom :</w:t>
      </w:r>
      <w:r>
        <w:br/>
        <w:t>- Prénom :</w:t>
      </w:r>
      <w:r>
        <w:br/>
        <w:t>- Fonction :</w:t>
      </w:r>
      <w:r>
        <w:br/>
        <w:t>- Laboratoire :</w:t>
      </w:r>
      <w:r>
        <w:br/>
        <w:t>- Email :</w:t>
      </w:r>
      <w:r>
        <w:br/>
        <w:t>- Téléphone :</w:t>
      </w:r>
      <w:r>
        <w:br/>
      </w:r>
      <w:r>
        <w:br/>
        <w:t>Autres participants clés :</w:t>
      </w:r>
      <w:r>
        <w:br/>
        <w:t xml:space="preserve">Nom / Structure / </w:t>
      </w:r>
      <w:proofErr w:type="spellStart"/>
      <w:r>
        <w:t>Compétence</w:t>
      </w:r>
      <w:proofErr w:type="spellEnd"/>
      <w:r>
        <w:t xml:space="preserve"> </w:t>
      </w:r>
      <w:proofErr w:type="spellStart"/>
      <w:r>
        <w:t>principale</w:t>
      </w:r>
      <w:proofErr w:type="spellEnd"/>
    </w:p>
    <w:p w14:paraId="42612522" w14:textId="77777777" w:rsidR="006809C0" w:rsidRDefault="006809C0"/>
    <w:p w14:paraId="1C07087E" w14:textId="77777777" w:rsidR="00D33FAF" w:rsidRDefault="00000000">
      <w:pPr>
        <w:pStyle w:val="Titre2"/>
      </w:pPr>
      <w:r>
        <w:t>2. Résumé du projet (10 à 15 lignes)</w:t>
      </w:r>
    </w:p>
    <w:p w14:paraId="54DD7C6D" w14:textId="77777777" w:rsidR="00D33FAF" w:rsidRDefault="00000000">
      <w:r>
        <w:t xml:space="preserve">Décrivez le besoin adressé, la solution </w:t>
      </w:r>
      <w:proofErr w:type="spellStart"/>
      <w:r>
        <w:t>proposée</w:t>
      </w:r>
      <w:proofErr w:type="spellEnd"/>
      <w:r>
        <w:t xml:space="preserve">,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obtenus</w:t>
      </w:r>
      <w:proofErr w:type="spellEnd"/>
      <w:r>
        <w:t xml:space="preserve"> et </w:t>
      </w:r>
      <w:proofErr w:type="spellStart"/>
      <w:r>
        <w:t>l’impact</w:t>
      </w:r>
      <w:proofErr w:type="spellEnd"/>
      <w:r>
        <w:t xml:space="preserve"> </w:t>
      </w:r>
      <w:proofErr w:type="spellStart"/>
      <w:r>
        <w:t>attendu</w:t>
      </w:r>
      <w:proofErr w:type="spellEnd"/>
      <w:r>
        <w:t>.</w:t>
      </w:r>
    </w:p>
    <w:p w14:paraId="093C4195" w14:textId="77777777" w:rsidR="006809C0" w:rsidRDefault="006809C0"/>
    <w:p w14:paraId="68023FA6" w14:textId="77777777" w:rsidR="006809C0" w:rsidRDefault="006809C0"/>
    <w:p w14:paraId="656CDD51" w14:textId="77777777" w:rsidR="006809C0" w:rsidRDefault="006809C0"/>
    <w:p w14:paraId="1149831D" w14:textId="77777777" w:rsidR="006809C0" w:rsidRDefault="006809C0"/>
    <w:p w14:paraId="5DB56B36" w14:textId="77777777" w:rsidR="006809C0" w:rsidRDefault="006809C0"/>
    <w:p w14:paraId="4FFB3358" w14:textId="77777777" w:rsidR="00D33FAF" w:rsidRDefault="00000000">
      <w:pPr>
        <w:pStyle w:val="Titre2"/>
      </w:pPr>
      <w:r>
        <w:t>3. Domaine et consortium visé</w:t>
      </w:r>
    </w:p>
    <w:p w14:paraId="72ED9753" w14:textId="77777777" w:rsidR="00D33FAF" w:rsidRDefault="00000000">
      <w:r>
        <w:t>☐ BIOSCALE – Produits biosourcés et biotechnologies industrielles</w:t>
      </w:r>
      <w:r>
        <w:br/>
        <w:t>☐ ASTRAGAL – Agriculture et alimentation durable</w:t>
      </w:r>
      <w:r>
        <w:br/>
        <w:t>☐ Plusieurs consortia possibles</w:t>
      </w:r>
      <w:r>
        <w:br/>
      </w:r>
      <w:r>
        <w:br/>
        <w:t>Justification du positionnement :</w:t>
      </w:r>
    </w:p>
    <w:p w14:paraId="1FD33B9F" w14:textId="77777777" w:rsidR="00D33FAF" w:rsidRDefault="00000000">
      <w:pPr>
        <w:pStyle w:val="Titre2"/>
      </w:pPr>
      <w:r>
        <w:lastRenderedPageBreak/>
        <w:t>4. Innovation proposée</w:t>
      </w:r>
    </w:p>
    <w:p w14:paraId="05A30EF8" w14:textId="77777777" w:rsidR="00D33FAF" w:rsidRDefault="00000000">
      <w:r>
        <w:t>Quel problème résout votre innovation ?</w:t>
      </w:r>
      <w:r>
        <w:br/>
      </w:r>
      <w:r>
        <w:br/>
        <w:t>En quoi votre approche est-elle nouvelle par rapport à l’existant ?</w:t>
      </w:r>
      <w:r>
        <w:br/>
      </w:r>
      <w:r>
        <w:br/>
        <w:t xml:space="preserve">Principaux avantages attendus : Performance / Durabilité / Décarbonation / </w:t>
      </w:r>
      <w:proofErr w:type="spellStart"/>
      <w:r>
        <w:t>Économie</w:t>
      </w:r>
      <w:proofErr w:type="spellEnd"/>
      <w:r>
        <w:t xml:space="preserve"> </w:t>
      </w:r>
      <w:proofErr w:type="spellStart"/>
      <w:r>
        <w:t>circulaire</w:t>
      </w:r>
      <w:proofErr w:type="spellEnd"/>
      <w:r>
        <w:t xml:space="preserve"> / </w:t>
      </w:r>
      <w:proofErr w:type="spellStart"/>
      <w:r>
        <w:t>Résilience</w:t>
      </w:r>
      <w:proofErr w:type="spellEnd"/>
      <w:r>
        <w:t xml:space="preserve"> / Impact </w:t>
      </w:r>
      <w:proofErr w:type="spellStart"/>
      <w:r>
        <w:t>sociétal</w:t>
      </w:r>
      <w:proofErr w:type="spellEnd"/>
      <w:r>
        <w:t>.</w:t>
      </w:r>
    </w:p>
    <w:p w14:paraId="67825811" w14:textId="77777777" w:rsidR="006809C0" w:rsidRDefault="006809C0"/>
    <w:p w14:paraId="5B81E927" w14:textId="77777777" w:rsidR="00D33FAF" w:rsidRDefault="00000000">
      <w:pPr>
        <w:pStyle w:val="Titre2"/>
      </w:pPr>
      <w:r>
        <w:t>5. Résultats déjà obtenus</w:t>
      </w:r>
    </w:p>
    <w:p w14:paraId="21DA6BB0" w14:textId="77777777" w:rsidR="00D33FAF" w:rsidRDefault="00000000">
      <w:r>
        <w:t>Résultats scientifiques disponibles : données expérimentales, prototype, démonstrateur, procédé, formulation, logiciel ou autre.</w:t>
      </w:r>
      <w:r>
        <w:br/>
      </w:r>
      <w:r>
        <w:br/>
        <w:t>Principaux résultats clés :</w:t>
      </w:r>
    </w:p>
    <w:p w14:paraId="668D9245" w14:textId="77777777" w:rsidR="006809C0" w:rsidRDefault="006809C0"/>
    <w:p w14:paraId="536215B4" w14:textId="77777777" w:rsidR="00D33FAF" w:rsidRDefault="00000000">
      <w:pPr>
        <w:pStyle w:val="Titre2"/>
      </w:pPr>
      <w:r>
        <w:t>6. Maturité du projet</w:t>
      </w:r>
    </w:p>
    <w:p w14:paraId="74E78144" w14:textId="77777777" w:rsidR="00D33FAF" w:rsidRDefault="00000000">
      <w:r>
        <w:t>TRL estimé : 1 2 3 4 5 6</w:t>
      </w:r>
      <w:r>
        <w:br/>
      </w:r>
      <w:r>
        <w:br/>
        <w:t>Éléments justifiant ce niveau de maturité :</w:t>
      </w:r>
      <w:r>
        <w:br/>
      </w:r>
      <w:r>
        <w:br/>
        <w:t>Étapes déjà franchies :</w:t>
      </w:r>
    </w:p>
    <w:p w14:paraId="602B7439" w14:textId="77777777" w:rsidR="006809C0" w:rsidRDefault="006809C0"/>
    <w:p w14:paraId="12E04D68" w14:textId="77777777" w:rsidR="004E27A6" w:rsidRDefault="004E27A6"/>
    <w:p w14:paraId="05428E7D" w14:textId="77777777" w:rsidR="004E27A6" w:rsidRDefault="004E27A6"/>
    <w:p w14:paraId="5624E8B7" w14:textId="77777777" w:rsidR="004E27A6" w:rsidRDefault="004E27A6"/>
    <w:p w14:paraId="6C441E43" w14:textId="77777777" w:rsidR="004E27A6" w:rsidRDefault="004E27A6"/>
    <w:p w14:paraId="09730F48" w14:textId="77777777" w:rsidR="004E27A6" w:rsidRDefault="004E27A6"/>
    <w:p w14:paraId="55913B46" w14:textId="77777777" w:rsidR="004E27A6" w:rsidRDefault="004E27A6"/>
    <w:p w14:paraId="7E20E2F5" w14:textId="77777777" w:rsidR="004E27A6" w:rsidRDefault="004E27A6"/>
    <w:p w14:paraId="74DB1DD2" w14:textId="557DDF04" w:rsidR="004E27A6" w:rsidRDefault="004E27A6" w:rsidP="004E27A6">
      <w:pPr>
        <w:pStyle w:val="Titre1"/>
      </w:pPr>
      <w:proofErr w:type="spellStart"/>
      <w:r>
        <w:lastRenderedPageBreak/>
        <w:t>A</w:t>
      </w:r>
      <w:r w:rsidRPr="00041100">
        <w:t>nnexe</w:t>
      </w:r>
      <w:proofErr w:type="spellEnd"/>
      <w:r w:rsidRPr="00041100">
        <w:t xml:space="preserve"> technique et </w:t>
      </w:r>
      <w:proofErr w:type="spellStart"/>
      <w:r w:rsidRPr="00041100">
        <w:t>valorisation</w:t>
      </w:r>
      <w:proofErr w:type="spellEnd"/>
      <w:r w:rsidRPr="00041100">
        <w:t> </w:t>
      </w:r>
      <w:r>
        <w:t xml:space="preserve"> (à completer dans un deuxième temps </w:t>
      </w:r>
      <w:proofErr w:type="spellStart"/>
      <w:r>
        <w:t>lors</w:t>
      </w:r>
      <w:proofErr w:type="spellEnd"/>
      <w:r>
        <w:t xml:space="preserve"> d’un RDV avec CAI)</w:t>
      </w:r>
    </w:p>
    <w:p w14:paraId="4C18F77C" w14:textId="77777777" w:rsidR="004E27A6" w:rsidRDefault="004E27A6"/>
    <w:p w14:paraId="419DF33D" w14:textId="77777777" w:rsidR="006809C0" w:rsidRDefault="006809C0"/>
    <w:p w14:paraId="7056F69A" w14:textId="77777777" w:rsidR="00D33FAF" w:rsidRDefault="00000000">
      <w:pPr>
        <w:pStyle w:val="Titre2"/>
      </w:pPr>
      <w:r>
        <w:t>7. Valorisation et propriété intellectuelle</w:t>
      </w:r>
    </w:p>
    <w:p w14:paraId="533F572C" w14:textId="77777777" w:rsidR="00D33FAF" w:rsidRDefault="00000000">
      <w:r>
        <w:t xml:space="preserve">Déclaration d’invention, brevet, </w:t>
      </w:r>
      <w:proofErr w:type="spellStart"/>
      <w:r>
        <w:t>logiciel</w:t>
      </w:r>
      <w:proofErr w:type="spellEnd"/>
      <w:r>
        <w:t xml:space="preserve">, savoir-faire, publication(s)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autre</w:t>
      </w:r>
      <w:proofErr w:type="spellEnd"/>
      <w:r>
        <w:t>.</w:t>
      </w:r>
    </w:p>
    <w:p w14:paraId="23AA685D" w14:textId="77777777" w:rsidR="006809C0" w:rsidRDefault="006809C0"/>
    <w:p w14:paraId="40001C1C" w14:textId="77777777" w:rsidR="00D33FAF" w:rsidRDefault="00000000">
      <w:pPr>
        <w:pStyle w:val="Titre2"/>
      </w:pPr>
      <w:r>
        <w:t>8. Applications visées</w:t>
      </w:r>
    </w:p>
    <w:p w14:paraId="5F4331F1" w14:textId="77777777" w:rsidR="00D33FAF" w:rsidRDefault="00000000">
      <w:r>
        <w:t>Marchés ou utilisateurs cibles : agriculture, agroalimentaire, chimie verte, matériaux biosourcés, environnement, collectivités, industrie, etc.</w:t>
      </w:r>
      <w:r>
        <w:br/>
      </w:r>
      <w:r>
        <w:br/>
        <w:t>Applications envisagées :</w:t>
      </w:r>
    </w:p>
    <w:p w14:paraId="2FDFC73D" w14:textId="77777777" w:rsidR="00D33FAF" w:rsidRDefault="00000000">
      <w:pPr>
        <w:pStyle w:val="Titre2"/>
      </w:pPr>
      <w:r>
        <w:t>9. Besoin de prématuration / maturation</w:t>
      </w:r>
    </w:p>
    <w:p w14:paraId="36EB3D16" w14:textId="77777777" w:rsidR="00D33FAF" w:rsidRDefault="00000000">
      <w:r>
        <w:t>Validation expérimentale, démonstrateur, pilote, montée en échelle, validation industrielle, étude réglementaire, étude de marché, recherche de partenaires, etc.</w:t>
      </w:r>
      <w:r>
        <w:br/>
      </w:r>
      <w:r>
        <w:br/>
        <w:t>Principaux verrous à lever :</w:t>
      </w:r>
    </w:p>
    <w:p w14:paraId="53A5CBAD" w14:textId="77777777" w:rsidR="006809C0" w:rsidRDefault="006809C0"/>
    <w:p w14:paraId="79934B3B" w14:textId="77777777" w:rsidR="00D33FAF" w:rsidRDefault="00000000">
      <w:pPr>
        <w:pStyle w:val="Titre2"/>
      </w:pPr>
      <w:r>
        <w:t>10. Besoins estimés</w:t>
      </w:r>
    </w:p>
    <w:p w14:paraId="22BA1943" w14:textId="77777777" w:rsidR="00D33FAF" w:rsidRDefault="00000000">
      <w:r>
        <w:t>Durée estimée : 12 / 18 / 24 mois</w:t>
      </w:r>
      <w:r>
        <w:br/>
      </w:r>
      <w:r>
        <w:br/>
        <w:t>Personnel :</w:t>
      </w:r>
      <w:r>
        <w:br/>
        <w:t>Prestations :</w:t>
      </w:r>
      <w:r>
        <w:br/>
        <w:t>Équipements :</w:t>
      </w:r>
      <w:r>
        <w:br/>
        <w:t>Sous-traitance :</w:t>
      </w:r>
      <w:r>
        <w:br/>
      </w:r>
      <w:r>
        <w:br/>
        <w:t>Budget estimatif global :</w:t>
      </w:r>
    </w:p>
    <w:p w14:paraId="5867D882" w14:textId="77777777" w:rsidR="00D33FAF" w:rsidRDefault="00000000">
      <w:pPr>
        <w:pStyle w:val="Titre2"/>
      </w:pPr>
      <w:r>
        <w:t>11. Impact attendu</w:t>
      </w:r>
    </w:p>
    <w:p w14:paraId="22E9E3C5" w14:textId="77777777" w:rsidR="00D33FAF" w:rsidRDefault="00000000">
      <w:r>
        <w:t>Licence industrielle, partenariat R&amp;D, startup, démonstrateur, industrialisation ou autre.</w:t>
      </w:r>
    </w:p>
    <w:p w14:paraId="01D3CFAA" w14:textId="77777777" w:rsidR="00D33FAF" w:rsidRDefault="00000000">
      <w:pPr>
        <w:pStyle w:val="Titre2"/>
      </w:pPr>
      <w:r>
        <w:t>12. Commentaires complémentaires</w:t>
      </w:r>
    </w:p>
    <w:p w14:paraId="35D27118" w14:textId="77777777" w:rsidR="00D33FAF" w:rsidRDefault="00D33FAF"/>
    <w:p w14:paraId="6549725F" w14:textId="77777777" w:rsidR="00D33FAF" w:rsidRDefault="00000000">
      <w:pPr>
        <w:pStyle w:val="Titre2"/>
      </w:pPr>
      <w:r>
        <w:lastRenderedPageBreak/>
        <w:t>Avis CAI (réservé à Clermont Auvergne Innovation)</w:t>
      </w:r>
    </w:p>
    <w:p w14:paraId="4DB59063" w14:textId="77777777" w:rsidR="00D33FAF" w:rsidRDefault="00000000">
      <w:r>
        <w:t>Consortium recommandé :</w:t>
      </w:r>
      <w:r>
        <w:br/>
        <w:t>Niveau de priorité :</w:t>
      </w:r>
      <w:r>
        <w:br/>
        <w:t>Éligibilité :</w:t>
      </w:r>
      <w:r>
        <w:br/>
        <w:t>Prochaine action :</w:t>
      </w:r>
    </w:p>
    <w:sectPr w:rsidR="00D33FA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B314" w14:textId="77777777" w:rsidR="004C2C03" w:rsidRDefault="004C2C03" w:rsidP="006809C0">
      <w:pPr>
        <w:spacing w:after="0" w:line="240" w:lineRule="auto"/>
      </w:pPr>
      <w:r>
        <w:separator/>
      </w:r>
    </w:p>
  </w:endnote>
  <w:endnote w:type="continuationSeparator" w:id="0">
    <w:p w14:paraId="6D7CC96F" w14:textId="77777777" w:rsidR="004C2C03" w:rsidRDefault="004C2C03" w:rsidP="0068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C1B7C" w14:textId="77777777" w:rsidR="004C2C03" w:rsidRDefault="004C2C03" w:rsidP="006809C0">
      <w:pPr>
        <w:spacing w:after="0" w:line="240" w:lineRule="auto"/>
      </w:pPr>
      <w:r>
        <w:separator/>
      </w:r>
    </w:p>
  </w:footnote>
  <w:footnote w:type="continuationSeparator" w:id="0">
    <w:p w14:paraId="7B7E4BC0" w14:textId="77777777" w:rsidR="004C2C03" w:rsidRDefault="004C2C03" w:rsidP="00680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D262" w14:textId="77777777" w:rsidR="006809C0" w:rsidRPr="00470FFC" w:rsidRDefault="006809C0" w:rsidP="006809C0">
    <w:pPr>
      <w:pStyle w:val="En-tte"/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7"/>
      <w:gridCol w:w="5289"/>
    </w:tblGrid>
    <w:tr w:rsidR="006809C0" w:rsidRPr="00470FFC" w14:paraId="12C77013" w14:textId="77777777" w:rsidTr="00542B4A">
      <w:tc>
        <w:tcPr>
          <w:tcW w:w="4390" w:type="dxa"/>
          <w:hideMark/>
        </w:tcPr>
        <w:p w14:paraId="0BDDBA0B" w14:textId="77777777" w:rsidR="006809C0" w:rsidRPr="00470FFC" w:rsidRDefault="006809C0" w:rsidP="006809C0">
          <w:pPr>
            <w:pStyle w:val="En-tte"/>
          </w:pPr>
          <w:r>
            <w:rPr>
              <w:noProof/>
            </w:rPr>
            <w:drawing>
              <wp:inline distT="0" distB="0" distL="0" distR="0" wp14:anchorId="082332DE" wp14:editId="49631756">
                <wp:extent cx="1404750" cy="680214"/>
                <wp:effectExtent l="0" t="0" r="0" b="0"/>
                <wp:docPr id="146898329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983290" name="Picture 14689832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750" cy="680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0" w:type="dxa"/>
        </w:tcPr>
        <w:p w14:paraId="5436F390" w14:textId="77777777" w:rsidR="006809C0" w:rsidRPr="00470FFC" w:rsidRDefault="006809C0" w:rsidP="006809C0">
          <w:pPr>
            <w:pStyle w:val="En-tte"/>
            <w:rPr>
              <w:b/>
              <w:bCs/>
            </w:rPr>
          </w:pPr>
          <w:r w:rsidRPr="00470FFC">
            <w:rPr>
              <w:b/>
              <w:bCs/>
            </w:rPr>
            <w:t xml:space="preserve">Contact : Pascal GAUTIER / 06 68 26 75 56 / </w:t>
          </w:r>
          <w:hyperlink r:id="rId2" w:history="1">
            <w:r w:rsidRPr="00470FFC">
              <w:rPr>
                <w:rStyle w:val="Lienhypertexte"/>
                <w:b/>
                <w:bCs/>
              </w:rPr>
              <w:t>pascal.gautier@clermontauvergneinnovation.com</w:t>
            </w:r>
          </w:hyperlink>
        </w:p>
        <w:p w14:paraId="5B2AC4A9" w14:textId="77777777" w:rsidR="006809C0" w:rsidRPr="00470FFC" w:rsidRDefault="006809C0" w:rsidP="006809C0">
          <w:pPr>
            <w:pStyle w:val="En-tte"/>
          </w:pPr>
        </w:p>
      </w:tc>
    </w:tr>
  </w:tbl>
  <w:p w14:paraId="74CBBFFC" w14:textId="77777777" w:rsidR="006809C0" w:rsidRDefault="006809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4514253">
    <w:abstractNumId w:val="8"/>
  </w:num>
  <w:num w:numId="2" w16cid:durableId="1228492275">
    <w:abstractNumId w:val="6"/>
  </w:num>
  <w:num w:numId="3" w16cid:durableId="1078594883">
    <w:abstractNumId w:val="5"/>
  </w:num>
  <w:num w:numId="4" w16cid:durableId="922682211">
    <w:abstractNumId w:val="4"/>
  </w:num>
  <w:num w:numId="5" w16cid:durableId="1577282049">
    <w:abstractNumId w:val="7"/>
  </w:num>
  <w:num w:numId="6" w16cid:durableId="1447702314">
    <w:abstractNumId w:val="3"/>
  </w:num>
  <w:num w:numId="7" w16cid:durableId="1611014417">
    <w:abstractNumId w:val="2"/>
  </w:num>
  <w:num w:numId="8" w16cid:durableId="1498690929">
    <w:abstractNumId w:val="1"/>
  </w:num>
  <w:num w:numId="9" w16cid:durableId="19223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1C4F"/>
    <w:rsid w:val="0029639D"/>
    <w:rsid w:val="00326F90"/>
    <w:rsid w:val="004C2C03"/>
    <w:rsid w:val="004E27A6"/>
    <w:rsid w:val="005F02C1"/>
    <w:rsid w:val="006809C0"/>
    <w:rsid w:val="00830ADB"/>
    <w:rsid w:val="00AA1D8D"/>
    <w:rsid w:val="00B47730"/>
    <w:rsid w:val="00CB0664"/>
    <w:rsid w:val="00D220A3"/>
    <w:rsid w:val="00D33F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818BF"/>
  <w14:defaultImageDpi w14:val="300"/>
  <w15:docId w15:val="{B96CD650-23A6-431C-B09F-4EE6ECCD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6809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scal.gautier@clermontauvergneinnovat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GAUTIER</dc:creator>
  <cp:keywords/>
  <dc:description>generated by python-docx</dc:description>
  <cp:lastModifiedBy>Pascal GAUTIER</cp:lastModifiedBy>
  <cp:revision>4</cp:revision>
  <dcterms:created xsi:type="dcterms:W3CDTF">2026-07-08T12:34:00Z</dcterms:created>
  <dcterms:modified xsi:type="dcterms:W3CDTF">2026-07-08T12:56:00Z</dcterms:modified>
  <cp:category/>
</cp:coreProperties>
</file>